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0864" w14:textId="72CA5804" w:rsidR="001722ED" w:rsidRPr="0026005B" w:rsidRDefault="00956747">
      <w:pPr>
        <w:pStyle w:val="Title"/>
        <w:rPr>
          <w:rFonts w:ascii="Avenir Next LT Pro" w:hAnsi="Avenir Next LT Pro"/>
          <w:b/>
          <w:bCs/>
          <w:sz w:val="52"/>
          <w:szCs w:val="52"/>
        </w:rPr>
      </w:pPr>
      <w:r>
        <w:rPr>
          <w:color w:val="000000"/>
          <w:sz w:val="40"/>
        </w:rPr>
        <w:t>Eco Schools Action Plan</w:t>
      </w:r>
      <w:r w:rsidR="00C5778B">
        <w:rPr>
          <w:color w:val="000000"/>
          <w:sz w:val="40"/>
        </w:rPr>
        <w:t xml:space="preserve"> </w:t>
      </w:r>
      <w:r w:rsidR="00347FE0">
        <w:rPr>
          <w:color w:val="000000"/>
          <w:sz w:val="40"/>
        </w:rPr>
        <w:t>–</w:t>
      </w:r>
      <w:r w:rsidR="00C5778B">
        <w:rPr>
          <w:color w:val="000000"/>
          <w:sz w:val="40"/>
        </w:rPr>
        <w:t xml:space="preserve"> </w:t>
      </w:r>
      <w:proofErr w:type="spellStart"/>
      <w:r w:rsidR="00347FE0">
        <w:rPr>
          <w:color w:val="000000"/>
          <w:sz w:val="40"/>
        </w:rPr>
        <w:t>Fressingfield</w:t>
      </w:r>
      <w:proofErr w:type="spellEnd"/>
      <w:r w:rsidR="00347FE0">
        <w:rPr>
          <w:color w:val="000000"/>
          <w:sz w:val="40"/>
        </w:rPr>
        <w:t xml:space="preserve"> </w:t>
      </w:r>
    </w:p>
    <w:p w14:paraId="2419B21B" w14:textId="41B997C7" w:rsidR="00524443" w:rsidRPr="0026005B" w:rsidRDefault="00956747">
      <w:pPr>
        <w:rPr>
          <w:rFonts w:ascii="Avenir Next LT Pro" w:hAnsi="Avenir Next LT Pro"/>
          <w:b/>
          <w:bCs/>
        </w:rPr>
      </w:pPr>
      <w:r>
        <w:rPr>
          <w:b/>
          <w:color w:val="000000"/>
          <w:sz w:val="24"/>
        </w:rPr>
        <w:t xml:space="preserve">2026 to 2027   Topic 1   </w:t>
      </w:r>
      <w:r w:rsidR="00614D06">
        <w:rPr>
          <w:b/>
          <w:color w:val="000000"/>
          <w:sz w:val="24"/>
        </w:rPr>
        <w:t xml:space="preserve">Litter </w:t>
      </w:r>
    </w:p>
    <w:tbl>
      <w:tblPr>
        <w:tblW w:w="900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6005B" w14:paraId="55B219CB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8EE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8D27E1E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8EE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3D033E" w14:textId="2C8F8006" w:rsidR="009F0A03" w:rsidRDefault="00ED636B">
            <w:pPr>
              <w:spacing w:after="100" w:line="247" w:lineRule="auto"/>
            </w:pPr>
            <w:r>
              <w:t xml:space="preserve">We want to improve our eco footprint by making our school and the local community less littered. </w:t>
            </w:r>
          </w:p>
        </w:tc>
      </w:tr>
      <w:tr w:rsidR="00524443" w:rsidRPr="0026005B" w14:paraId="4523B194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C946A66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Aim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70573A" w14:textId="77777777" w:rsidR="00EF4505" w:rsidRPr="00EF4505" w:rsidRDefault="00EF4505" w:rsidP="00EF4505">
            <w:pPr>
              <w:spacing w:after="100" w:line="247" w:lineRule="auto"/>
            </w:pPr>
            <w:r w:rsidRPr="00EF4505">
              <w:t>We will help our school and local community become cleaner and greener by reducing litter, looking after our environment, and encouraging others to do the same.</w:t>
            </w:r>
          </w:p>
          <w:p w14:paraId="54C282E0" w14:textId="4025E34F" w:rsidR="009F0A03" w:rsidRDefault="009F0A03">
            <w:pPr>
              <w:spacing w:after="100" w:line="247" w:lineRule="auto"/>
            </w:pPr>
          </w:p>
        </w:tc>
      </w:tr>
      <w:tr w:rsidR="00524443" w:rsidRPr="0026005B" w14:paraId="557346C1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5604B51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Action(s)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762B21" w14:textId="2D642557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 xml:space="preserve">Create a team of pupil Litter Monitors to help keep our school grounds tidy. </w:t>
            </w:r>
          </w:p>
          <w:p w14:paraId="236171CC" w14:textId="18D703F2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 xml:space="preserve">Run regular litter checks around the school. </w:t>
            </w:r>
          </w:p>
          <w:p w14:paraId="6C576CA8" w14:textId="016705F0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 xml:space="preserve">Organise community litter picks with pupils, families and staff. </w:t>
            </w:r>
          </w:p>
          <w:p w14:paraId="70F06928" w14:textId="4B547FF8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 xml:space="preserve">Take part in the Great Big School Clean. </w:t>
            </w:r>
          </w:p>
          <w:p w14:paraId="51FF14BF" w14:textId="4124094B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 xml:space="preserve">Teach children about the importance of reducing litter and protecting wildlife. </w:t>
            </w:r>
          </w:p>
          <w:p w14:paraId="41CBCEE9" w14:textId="6C4A3A98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 xml:space="preserve">Share eco messages and tips with parents through newsletters and assemblies. </w:t>
            </w:r>
          </w:p>
          <w:p w14:paraId="42CD8D39" w14:textId="45E11920" w:rsidR="001237AB" w:rsidRPr="001237AB" w:rsidRDefault="001237AB" w:rsidP="001237AB">
            <w:pPr>
              <w:pStyle w:val="ListParagraph"/>
              <w:numPr>
                <w:ilvl w:val="0"/>
                <w:numId w:val="4"/>
              </w:numPr>
              <w:spacing w:after="100" w:line="247" w:lineRule="auto"/>
            </w:pPr>
            <w:r w:rsidRPr="001237AB">
              <w:t>Encourage everyone to put rubbish in the correct bins.</w:t>
            </w:r>
          </w:p>
          <w:p w14:paraId="49E0F066" w14:textId="56B3BC1C" w:rsidR="009F0A03" w:rsidRDefault="009F0A03" w:rsidP="001237AB">
            <w:pPr>
              <w:spacing w:after="100" w:line="247" w:lineRule="auto"/>
              <w:ind w:left="220"/>
            </w:pPr>
          </w:p>
        </w:tc>
      </w:tr>
      <w:tr w:rsidR="001237AB" w:rsidRPr="0026005B" w14:paraId="12A5013A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26E41D0" w14:textId="77777777" w:rsidR="001237AB" w:rsidRDefault="001237AB" w:rsidP="001237A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 xml:space="preserve">Informing &amp; </w:t>
            </w:r>
            <w:proofErr w:type="gramStart"/>
            <w:r>
              <w:rPr>
                <w:rFonts w:ascii="Calibri" w:hAnsi="Calibri"/>
                <w:b/>
                <w:color w:val="000000"/>
                <w:sz w:val="21"/>
              </w:rPr>
              <w:t>Involving</w:t>
            </w:r>
            <w:proofErr w:type="gramEnd"/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DFB164" w14:textId="00F50243" w:rsidR="001237AB" w:rsidRDefault="001237AB" w:rsidP="001237AB">
            <w:p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 xml:space="preserve">We will explain the competition in assembly and show the </w:t>
            </w:r>
            <w:r>
              <w:rPr>
                <w:rFonts w:ascii="Calibri" w:hAnsi="Calibri"/>
                <w:color w:val="000000"/>
                <w:sz w:val="21"/>
              </w:rPr>
              <w:t>impact</w:t>
            </w:r>
            <w:r>
              <w:rPr>
                <w:rFonts w:ascii="Calibri" w:hAnsi="Calibri"/>
                <w:color w:val="000000"/>
                <w:sz w:val="21"/>
              </w:rPr>
              <w:t xml:space="preserve">. We will ask adults to help us practise good habits. We will invite families to join </w:t>
            </w:r>
            <w:r w:rsidR="00C711E6">
              <w:rPr>
                <w:rFonts w:ascii="Calibri" w:hAnsi="Calibri"/>
                <w:color w:val="000000"/>
                <w:sz w:val="21"/>
              </w:rPr>
              <w:t>in with litter picks and national initiatives such as the great big clean.</w:t>
            </w:r>
            <w:r>
              <w:rPr>
                <w:rFonts w:ascii="Calibri" w:hAnsi="Calibri"/>
                <w:color w:val="000000"/>
                <w:sz w:val="21"/>
              </w:rPr>
              <w:t xml:space="preserve"> </w:t>
            </w:r>
            <w:r w:rsidR="00C711E6">
              <w:rPr>
                <w:rFonts w:ascii="Calibri" w:hAnsi="Calibri"/>
                <w:color w:val="000000"/>
                <w:sz w:val="21"/>
              </w:rPr>
              <w:t xml:space="preserve">We will </w:t>
            </w:r>
            <w:r>
              <w:rPr>
                <w:rFonts w:ascii="Calibri" w:hAnsi="Calibri"/>
                <w:color w:val="000000"/>
                <w:sz w:val="21"/>
              </w:rPr>
              <w:t>share our results and tips in the newsletter and on social media.</w:t>
            </w:r>
          </w:p>
        </w:tc>
      </w:tr>
      <w:tr w:rsidR="001237AB" w:rsidRPr="0026005B" w14:paraId="57CA3576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2CD4E0" w14:textId="77777777" w:rsidR="001237AB" w:rsidRDefault="001237AB" w:rsidP="001237A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Monitoring &amp; Evaluation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3B639" w14:textId="1CB450BD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Litter Monitors will complete weekly checks of the school grounds. </w:t>
            </w:r>
          </w:p>
          <w:p w14:paraId="61A26805" w14:textId="3A8B6E32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Compare the amount of litter found at the start and end of the year. </w:t>
            </w:r>
          </w:p>
          <w:p w14:paraId="2E7D7450" w14:textId="1815A30A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Record how many pupils and families take part in litter picks. </w:t>
            </w:r>
          </w:p>
          <w:p w14:paraId="1DE3FB81" w14:textId="10163785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Collect photographs from community clean-up events. </w:t>
            </w:r>
          </w:p>
          <w:p w14:paraId="4E34408E" w14:textId="76BAF6EC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Gather pupil feedback about how clean they think the school environment is. </w:t>
            </w:r>
          </w:p>
          <w:p w14:paraId="459D665F" w14:textId="51313E06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Report participation in the Great Big School Clean to parents. </w:t>
            </w:r>
          </w:p>
          <w:p w14:paraId="426D1BBC" w14:textId="5F5D5736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Share successes and next steps through assemblies, newsletters and the Eco Council. </w:t>
            </w:r>
          </w:p>
          <w:p w14:paraId="6ECDD13D" w14:textId="6DFCAD7B" w:rsidR="00BA0638" w:rsidRPr="00BA0638" w:rsidRDefault="00BA0638" w:rsidP="00BA0638">
            <w:pPr>
              <w:pStyle w:val="ListParagraph"/>
              <w:numPr>
                <w:ilvl w:val="0"/>
                <w:numId w:val="5"/>
              </w:numPr>
              <w:spacing w:after="100" w:line="247" w:lineRule="auto"/>
            </w:pPr>
            <w:r w:rsidRPr="00BA0638">
              <w:t xml:space="preserve">Review </w:t>
            </w:r>
            <w:proofErr w:type="gramStart"/>
            <w:r w:rsidRPr="00BA0638">
              <w:t>progress</w:t>
            </w:r>
            <w:proofErr w:type="gramEnd"/>
            <w:r w:rsidRPr="00BA0638">
              <w:t xml:space="preserve"> each term and set new targets if needed</w:t>
            </w:r>
          </w:p>
          <w:p w14:paraId="5022880D" w14:textId="2B6E984F" w:rsidR="001237AB" w:rsidRDefault="001237AB" w:rsidP="00BA0638">
            <w:pPr>
              <w:spacing w:after="100" w:line="247" w:lineRule="auto"/>
              <w:ind w:left="220"/>
            </w:pPr>
          </w:p>
        </w:tc>
      </w:tr>
    </w:tbl>
    <w:p w14:paraId="0371C870" w14:textId="77777777" w:rsidR="00F15EFA" w:rsidRPr="0026005B" w:rsidRDefault="00F15EFA" w:rsidP="00D9798A">
      <w:pPr>
        <w:spacing w:after="0" w:line="240" w:lineRule="auto"/>
        <w:rPr>
          <w:rFonts w:ascii="Avenir Next LT Pro" w:hAnsi="Avenir Next LT Pro"/>
          <w:sz w:val="2"/>
          <w:szCs w:val="52"/>
        </w:rPr>
        <w:sectPr w:rsidR="00F15EFA" w:rsidRPr="0026005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64" w:right="1440" w:bottom="864" w:left="1440" w:header="708" w:footer="708" w:gutter="0"/>
          <w:cols w:space="708"/>
          <w:docGrid w:linePitch="360"/>
        </w:sectPr>
      </w:pPr>
    </w:p>
    <w:p w14:paraId="3F2318A0" w14:textId="77777777" w:rsidR="00F15EFA" w:rsidRPr="0026005B" w:rsidRDefault="00F15EFA" w:rsidP="00F15EFA">
      <w:pPr>
        <w:pStyle w:val="Title"/>
        <w:rPr>
          <w:rFonts w:ascii="Avenir Next LT Pro" w:hAnsi="Avenir Next LT Pro"/>
          <w:b/>
          <w:bCs/>
          <w:sz w:val="52"/>
          <w:szCs w:val="52"/>
        </w:rPr>
      </w:pPr>
      <w:r>
        <w:rPr>
          <w:color w:val="000000"/>
          <w:sz w:val="40"/>
        </w:rPr>
        <w:lastRenderedPageBreak/>
        <w:t>Eco Schools Action Plan</w:t>
      </w:r>
    </w:p>
    <w:p w14:paraId="407484D9" w14:textId="77777777" w:rsidR="00F15EFA" w:rsidRPr="0026005B" w:rsidRDefault="00F15EFA" w:rsidP="00F15EFA">
      <w:pPr>
        <w:rPr>
          <w:rFonts w:ascii="Avenir Next LT Pro" w:hAnsi="Avenir Next LT Pro"/>
          <w:b/>
          <w:bCs/>
        </w:rPr>
      </w:pPr>
      <w:r>
        <w:rPr>
          <w:b/>
          <w:color w:val="000000"/>
          <w:sz w:val="24"/>
        </w:rPr>
        <w:t>2026 to 2027   Topic 2   Energy</w:t>
      </w:r>
    </w:p>
    <w:tbl>
      <w:tblPr>
        <w:tblW w:w="900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5D102C29" w14:textId="77777777" w:rsidTr="00D60273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8EE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1940B0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8EE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D38132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Energy</w:t>
            </w:r>
          </w:p>
        </w:tc>
      </w:tr>
      <w:tr w:rsidR="00F15EFA" w:rsidRPr="0026005B" w14:paraId="078D14B2" w14:textId="77777777" w:rsidTr="00140C96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7B084B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Aim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AFA1890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We want to save energy by switching off lights and classroom screens when we do not need them. We will also look after our equipment so less is wasted.</w:t>
            </w:r>
          </w:p>
        </w:tc>
      </w:tr>
      <w:tr w:rsidR="00F15EFA" w:rsidRPr="0026005B" w14:paraId="39715D4B" w14:textId="77777777" w:rsidTr="008831CE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A5FB5F9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Action(s)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4D4EBF8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Autumn: Check classrooms with an adult to see when lights and screens are left on without being used.</w:t>
            </w:r>
          </w:p>
          <w:p w14:paraId="076D731F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Autumn: Agree a fair points system for our class competition.</w:t>
            </w:r>
          </w:p>
          <w:p w14:paraId="0CE62091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Autumn: Make reminder posters for staff and pupils.</w:t>
            </w:r>
          </w:p>
          <w:p w14:paraId="737C05E8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Spring: Run a four-week competition to find our most energy-aware class.</w:t>
            </w:r>
          </w:p>
          <w:p w14:paraId="77FB8E10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During the competition: With staff support, check unused classrooms and give points for lights and screens switched off.</w:t>
            </w:r>
          </w:p>
          <w:p w14:paraId="0885F487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During the competition: Give separate points for looking after resources, such as putting lids back on glue sticks.</w:t>
            </w:r>
          </w:p>
          <w:p w14:paraId="16028423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When the campaign opens: Lead a Cut Your Carbon assembly and invite pupils and families to join in.</w:t>
            </w:r>
          </w:p>
          <w:p w14:paraId="7993E2D1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Summer: Check classrooms again and celebrate the winning class and improved habits.</w:t>
            </w:r>
          </w:p>
        </w:tc>
      </w:tr>
      <w:tr w:rsidR="00F15EFA" w:rsidRPr="0026005B" w14:paraId="1E5181FD" w14:textId="77777777" w:rsidTr="00140C96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D14D957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 xml:space="preserve">Informing &amp; </w:t>
            </w:r>
            <w:proofErr w:type="gramStart"/>
            <w:r>
              <w:rPr>
                <w:rFonts w:ascii="Calibri" w:hAnsi="Calibri"/>
                <w:b/>
                <w:color w:val="000000"/>
                <w:sz w:val="21"/>
              </w:rPr>
              <w:t>Involving</w:t>
            </w:r>
            <w:proofErr w:type="gramEnd"/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3E2C94E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We will explain the competition in assembly and show the weekly scores. We will ask adults to help us practise good switch-off habits. We will invite families to join Cut Your Carbon and share our results and tips in the newsletter and on social media.</w:t>
            </w:r>
          </w:p>
        </w:tc>
      </w:tr>
      <w:tr w:rsidR="00F15EFA" w:rsidRPr="0026005B" w14:paraId="39CFCD1F" w14:textId="77777777" w:rsidTr="00F15EFA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7F499C8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Monitoring &amp; Evaluation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DBC6373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Keep a record of our first classroom checks.</w:t>
            </w:r>
          </w:p>
          <w:p w14:paraId="7F400BCA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Record how often unused lights and screens are switched off during the competition.</w:t>
            </w:r>
          </w:p>
          <w:p w14:paraId="57113C7E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Record glue-stick care and other resource checks separately.</w:t>
            </w:r>
          </w:p>
          <w:p w14:paraId="4B4A8E35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Check that every class has joined the competition and reminder posters are displayed.</w:t>
            </w:r>
          </w:p>
          <w:p w14:paraId="063E5855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Count how many classes and families take part in Cut Your Carbon.</w:t>
            </w:r>
          </w:p>
          <w:p w14:paraId="20CF5686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In summer, compare our new checks with our first checks. Are fewer lights and screens left on?</w:t>
            </w:r>
          </w:p>
          <w:p w14:paraId="4D371B82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Ask site staff whether the school’s energy readings can help us check our progress.</w:t>
            </w:r>
          </w:p>
          <w:p w14:paraId="56273958" w14:textId="77777777" w:rsidR="009F0A03" w:rsidRDefault="00C5778B">
            <w:pPr>
              <w:numPr>
                <w:ilvl w:val="0"/>
                <w:numId w:val="1"/>
              </w:numPr>
              <w:spacing w:after="100" w:line="247" w:lineRule="auto"/>
            </w:pPr>
            <w:r>
              <w:rPr>
                <w:rFonts w:ascii="Calibri" w:hAnsi="Calibri"/>
                <w:color w:val="000000"/>
                <w:sz w:val="21"/>
              </w:rPr>
              <w:t>Share the results and decide which habits we will keep practising.</w:t>
            </w:r>
          </w:p>
        </w:tc>
      </w:tr>
    </w:tbl>
    <w:p w14:paraId="73FCE42B" w14:textId="77777777" w:rsidR="00F15EFA" w:rsidRPr="0026005B" w:rsidRDefault="00F15EFA" w:rsidP="00F15EFA">
      <w:pPr>
        <w:spacing w:after="0" w:line="240" w:lineRule="auto"/>
        <w:rPr>
          <w:rFonts w:ascii="Avenir Next LT Pro" w:hAnsi="Avenir Next LT Pro"/>
          <w:sz w:val="2"/>
          <w:szCs w:val="52"/>
        </w:rPr>
        <w:sectPr w:rsidR="00F15EFA" w:rsidRPr="0026005B" w:rsidSect="00F15EFA">
          <w:headerReference w:type="even" r:id="rId17"/>
          <w:headerReference w:type="default" r:id="rId18"/>
          <w:headerReference w:type="first" r:id="rId19"/>
          <w:pgSz w:w="11906" w:h="16838"/>
          <w:pgMar w:top="864" w:right="1440" w:bottom="864" w:left="1440" w:header="708" w:footer="708" w:gutter="0"/>
          <w:cols w:space="708"/>
          <w:docGrid w:linePitch="360"/>
        </w:sectPr>
      </w:pPr>
    </w:p>
    <w:p w14:paraId="47CA3185" w14:textId="77777777" w:rsidR="00F15EFA" w:rsidRPr="0026005B" w:rsidRDefault="00F15EFA" w:rsidP="00F15EFA">
      <w:pPr>
        <w:pStyle w:val="Title"/>
        <w:rPr>
          <w:rFonts w:ascii="Avenir Next LT Pro" w:hAnsi="Avenir Next LT Pro"/>
          <w:b/>
          <w:bCs/>
          <w:sz w:val="52"/>
          <w:szCs w:val="52"/>
        </w:rPr>
      </w:pPr>
      <w:r>
        <w:rPr>
          <w:color w:val="000000"/>
          <w:sz w:val="40"/>
        </w:rPr>
        <w:lastRenderedPageBreak/>
        <w:t>Eco Schools Action Plan</w:t>
      </w:r>
    </w:p>
    <w:p w14:paraId="32DA845F" w14:textId="24822C7F" w:rsidR="00F15EFA" w:rsidRPr="0026005B" w:rsidRDefault="00F15EFA" w:rsidP="00F15EFA">
      <w:pPr>
        <w:rPr>
          <w:rFonts w:ascii="Avenir Next LT Pro" w:hAnsi="Avenir Next LT Pro"/>
          <w:b/>
          <w:bCs/>
        </w:rPr>
      </w:pPr>
      <w:r>
        <w:rPr>
          <w:b/>
          <w:color w:val="000000"/>
          <w:sz w:val="24"/>
        </w:rPr>
        <w:t xml:space="preserve">2026 to 2027   Topic 3   </w:t>
      </w:r>
      <w:r w:rsidR="00BA0638">
        <w:rPr>
          <w:b/>
          <w:color w:val="000000"/>
          <w:sz w:val="24"/>
        </w:rPr>
        <w:t xml:space="preserve">Marine </w:t>
      </w:r>
    </w:p>
    <w:tbl>
      <w:tblPr>
        <w:tblW w:w="900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062B37F7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8EE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4150E2D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8EE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CD89C6" w14:textId="2C9DC829" w:rsidR="009F0A03" w:rsidRDefault="00F86A8C">
            <w:pPr>
              <w:spacing w:after="100" w:line="247" w:lineRule="auto"/>
            </w:pPr>
            <w:r w:rsidRPr="00F86A8C">
              <w:t>We will help to protect our oceans and wildlife</w:t>
            </w:r>
            <w:r>
              <w:t>.</w:t>
            </w:r>
          </w:p>
        </w:tc>
      </w:tr>
      <w:tr w:rsidR="00F15EFA" w:rsidRPr="0026005B" w14:paraId="67FBF68D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0EB9B3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Aim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AC5C79" w14:textId="77777777" w:rsidR="00F86A8C" w:rsidRPr="00F86A8C" w:rsidRDefault="00F86A8C" w:rsidP="00F86A8C">
            <w:pPr>
              <w:spacing w:after="100" w:line="247" w:lineRule="auto"/>
            </w:pPr>
            <w:r w:rsidRPr="00F86A8C">
              <w:t>We will help to protect our oceans and wildlife by reducing plastic waste, using reusable bottles, and making environmentally friendly choices at school and home.</w:t>
            </w:r>
          </w:p>
          <w:p w14:paraId="26F6DFFF" w14:textId="1D9E430F" w:rsidR="009F0A03" w:rsidRDefault="009F0A03">
            <w:pPr>
              <w:spacing w:after="100" w:line="247" w:lineRule="auto"/>
            </w:pPr>
          </w:p>
        </w:tc>
      </w:tr>
      <w:tr w:rsidR="00F15EFA" w:rsidRPr="0026005B" w14:paraId="2A17F7BD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82E72E9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Action(s)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DD1EE4" w14:textId="5DDE9D21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>
              <w:t>I</w:t>
            </w:r>
            <w:r w:rsidRPr="004D2FDB">
              <w:t xml:space="preserve">ntroduce water refill stations around the school. </w:t>
            </w:r>
          </w:p>
          <w:p w14:paraId="5DF6DBFB" w14:textId="1B9D0787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 xml:space="preserve">Encourage all children and staff to bring and use reusable water bottles every day. </w:t>
            </w:r>
          </w:p>
          <w:p w14:paraId="62620D24" w14:textId="30154C88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 xml:space="preserve">Create artwork, posters and displays to raise awareness of plastic pollution and its impact on marine life. </w:t>
            </w:r>
          </w:p>
          <w:p w14:paraId="669EF990" w14:textId="78F3A814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 xml:space="preserve">Hold assemblies and class discussions about protecting our oceans. </w:t>
            </w:r>
          </w:p>
          <w:p w14:paraId="7BD90132" w14:textId="1AB8151F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 xml:space="preserve">Take part in activities linked to marine conservation and reducing plastic waste. </w:t>
            </w:r>
          </w:p>
          <w:p w14:paraId="4F0FCCFB" w14:textId="69ADF19B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 xml:space="preserve">Review school events and identify opportunities to remove single-use plastics. </w:t>
            </w:r>
          </w:p>
          <w:p w14:paraId="2C378FBA" w14:textId="15255A67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 xml:space="preserve">Make events such as Harvest Festival and Apple Day as plastic-free as possible by asking families to bring their own cups, bowls and cutlery. </w:t>
            </w:r>
          </w:p>
          <w:p w14:paraId="6A91A48A" w14:textId="08EC26C8" w:rsidR="004D2FDB" w:rsidRPr="004D2FDB" w:rsidRDefault="004D2FDB" w:rsidP="004D2FDB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D2FDB">
              <w:t>Share tips with families on reducing plastic waste at home.</w:t>
            </w:r>
          </w:p>
          <w:p w14:paraId="53597630" w14:textId="70623765" w:rsidR="009F0A03" w:rsidRDefault="009F0A03" w:rsidP="004A1E0D">
            <w:pPr>
              <w:spacing w:after="100" w:line="247" w:lineRule="auto"/>
              <w:ind w:left="40"/>
            </w:pPr>
          </w:p>
        </w:tc>
      </w:tr>
      <w:tr w:rsidR="00F15EFA" w:rsidRPr="0026005B" w14:paraId="6CF1B945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487E181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 xml:space="preserve">Informing &amp; </w:t>
            </w:r>
            <w:proofErr w:type="gramStart"/>
            <w:r>
              <w:rPr>
                <w:rFonts w:ascii="Calibri" w:hAnsi="Calibri"/>
                <w:b/>
                <w:color w:val="000000"/>
                <w:sz w:val="21"/>
              </w:rPr>
              <w:t>Involving</w:t>
            </w:r>
            <w:proofErr w:type="gramEnd"/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E2F585" w14:textId="4ED37E81" w:rsidR="009F0A03" w:rsidRDefault="001C7B86">
            <w:pPr>
              <w:spacing w:after="100" w:line="247" w:lineRule="auto"/>
            </w:pPr>
            <w:r w:rsidRPr="001C7B86">
              <w:t>We will keep parents, governors and the wider community informed through newsletters, assemblies, social media updates and our school website, sharing the impact of our marine conservation work and plastic-free initiatives. We will actively involve pupils, families and staff by inviting them to take part in awareness campaigns, create artwork and support plastic-free school events such as Harvest Festival and Apple Day.</w:t>
            </w:r>
          </w:p>
        </w:tc>
      </w:tr>
      <w:tr w:rsidR="00F15EFA" w:rsidRPr="0026005B" w14:paraId="45DD5AD8" w14:textId="77777777" w:rsidTr="00347FE0"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F5F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5D70A0" w14:textId="77777777" w:rsidR="009F0A03" w:rsidRDefault="00C5778B">
            <w:pPr>
              <w:spacing w:after="100" w:line="247" w:lineRule="auto"/>
            </w:pPr>
            <w:r>
              <w:rPr>
                <w:rFonts w:ascii="Calibri" w:hAnsi="Calibri"/>
                <w:b/>
                <w:color w:val="000000"/>
                <w:sz w:val="21"/>
              </w:rPr>
              <w:t>Monitoring &amp; Evaluation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12ABD" w14:textId="603F53C6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Check how many children are regularly bringing reusable water bottles to school. </w:t>
            </w:r>
          </w:p>
          <w:p w14:paraId="1A316DAD" w14:textId="4F796624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Monitor the use of refill stations across the school. </w:t>
            </w:r>
          </w:p>
          <w:p w14:paraId="75495797" w14:textId="4A28E7BC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Gather pupil voice about what they have learned about plastic pollution. </w:t>
            </w:r>
          </w:p>
          <w:p w14:paraId="19B24294" w14:textId="46C03F64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Review school events to see whether single-use plastics have been reduced or eliminated. </w:t>
            </w:r>
          </w:p>
          <w:p w14:paraId="66B0F204" w14:textId="56B950FE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Take photographs of displays, artwork and awareness campaigns. </w:t>
            </w:r>
          </w:p>
          <w:p w14:paraId="2D4183E2" w14:textId="40FEC8F0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Collect feedback from families on plastic-free event initiatives. </w:t>
            </w:r>
          </w:p>
          <w:p w14:paraId="456D3551" w14:textId="50BB2883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Record participation in marine conservation activities. </w:t>
            </w:r>
          </w:p>
          <w:p w14:paraId="09A33175" w14:textId="067ABCE8" w:rsidR="004A1E0D" w:rsidRPr="004A1E0D" w:rsidRDefault="004A1E0D" w:rsidP="004A1E0D">
            <w:pPr>
              <w:pStyle w:val="ListParagraph"/>
              <w:numPr>
                <w:ilvl w:val="0"/>
                <w:numId w:val="7"/>
              </w:numPr>
              <w:spacing w:after="100" w:line="247" w:lineRule="auto"/>
            </w:pPr>
            <w:r w:rsidRPr="004A1E0D">
              <w:t xml:space="preserve">Review </w:t>
            </w:r>
            <w:proofErr w:type="gramStart"/>
            <w:r w:rsidRPr="004A1E0D">
              <w:t>progress</w:t>
            </w:r>
            <w:proofErr w:type="gramEnd"/>
            <w:r w:rsidRPr="004A1E0D">
              <w:t xml:space="preserve"> each term through the Eco Council and identify next steps.</w:t>
            </w:r>
          </w:p>
          <w:p w14:paraId="4F3BD814" w14:textId="0EAD94AB" w:rsidR="009F0A03" w:rsidRDefault="009F0A03" w:rsidP="004A1E0D">
            <w:pPr>
              <w:spacing w:after="100" w:line="247" w:lineRule="auto"/>
            </w:pPr>
          </w:p>
        </w:tc>
      </w:tr>
    </w:tbl>
    <w:p w14:paraId="57F2F9AB" w14:textId="77777777" w:rsidR="00F15EFA" w:rsidRPr="0026005B" w:rsidRDefault="00F15EFA" w:rsidP="00F15EFA">
      <w:pPr>
        <w:spacing w:after="0" w:line="240" w:lineRule="auto"/>
        <w:rPr>
          <w:rFonts w:ascii="Avenir Next LT Pro" w:hAnsi="Avenir Next LT Pro"/>
          <w:sz w:val="2"/>
          <w:szCs w:val="52"/>
        </w:rPr>
      </w:pPr>
    </w:p>
    <w:sectPr w:rsidR="00F15EFA" w:rsidRPr="0026005B">
      <w:headerReference w:type="even" r:id="rId20"/>
      <w:headerReference w:type="default" r:id="rId21"/>
      <w:headerReference w:type="first" r:id="rId22"/>
      <w:pgSz w:w="11906" w:h="16838"/>
      <w:pgMar w:top="864" w:right="1440" w:bottom="86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4F99F" w14:textId="77777777" w:rsidR="005F74E8" w:rsidRDefault="005F74E8" w:rsidP="00286123">
      <w:pPr>
        <w:spacing w:after="0" w:line="240" w:lineRule="auto"/>
      </w:pPr>
      <w:r>
        <w:separator/>
      </w:r>
    </w:p>
  </w:endnote>
  <w:endnote w:type="continuationSeparator" w:id="0">
    <w:p w14:paraId="3C638C68" w14:textId="77777777" w:rsidR="005F74E8" w:rsidRDefault="005F74E8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98D66" w14:textId="77777777" w:rsidR="0026005B" w:rsidRDefault="002600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D4FFB" w14:textId="77777777" w:rsidR="0026005B" w:rsidRDefault="002600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B6D3C" w14:textId="77777777" w:rsidR="0026005B" w:rsidRDefault="00260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EA37C" w14:textId="77777777" w:rsidR="005F74E8" w:rsidRDefault="005F74E8" w:rsidP="00286123">
      <w:pPr>
        <w:spacing w:after="0" w:line="240" w:lineRule="auto"/>
      </w:pPr>
      <w:r>
        <w:separator/>
      </w:r>
    </w:p>
  </w:footnote>
  <w:footnote w:type="continuationSeparator" w:id="0">
    <w:p w14:paraId="5217D8D6" w14:textId="77777777" w:rsidR="005F74E8" w:rsidRDefault="005F74E8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08A6" w14:textId="77777777" w:rsidR="00286123" w:rsidRDefault="001C7B86">
    <w:pPr>
      <w:pStyle w:val="Header"/>
    </w:pPr>
    <w:r>
      <w:rPr>
        <w:noProof/>
      </w:rPr>
      <w:pict w14:anchorId="7D2ECA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8" o:spid="_x0000_s1035" type="#_x0000_t75" style="position:absolute;margin-left:0;margin-top:0;width:594.2pt;height:840.5pt;z-index:-25164595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34EE" w14:textId="77777777" w:rsidR="00286123" w:rsidRDefault="001C7B86">
    <w:pPr>
      <w:pStyle w:val="Header"/>
    </w:pPr>
    <w:r>
      <w:rPr>
        <w:noProof/>
      </w:rPr>
      <w:pict w14:anchorId="070E36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9" o:spid="_x0000_s1036" type="#_x0000_t75" style="position:absolute;margin-left:0;margin-top:0;width:594.2pt;height:840.5pt;z-index:-25164492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D0432" w14:textId="77777777" w:rsidR="00286123" w:rsidRDefault="001C7B86">
    <w:pPr>
      <w:pStyle w:val="Header"/>
    </w:pPr>
    <w:r>
      <w:rPr>
        <w:noProof/>
      </w:rPr>
      <w:pict w14:anchorId="4749C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7" o:spid="_x0000_s1034" type="#_x0000_t75" style="position:absolute;margin-left:0;margin-top:0;width:594.2pt;height:840.5pt;z-index:-25164697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0FC74" w14:textId="77777777" w:rsidR="00F15EFA" w:rsidRDefault="001C7B86">
    <w:pPr>
      <w:pStyle w:val="Header"/>
    </w:pPr>
    <w:r>
      <w:rPr>
        <w:noProof/>
      </w:rPr>
      <w:pict w14:anchorId="746B57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1" o:spid="_x0000_s1038" type="#_x0000_t75" style="position:absolute;margin-left:0;margin-top:0;width:594.2pt;height:840.5pt;z-index:-25164288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551BD07D">
        <v:shape id="_x0000_s1029" type="#_x0000_t75" style="position:absolute;margin-left:0;margin-top:0;width:595.4pt;height:842.15pt;z-index:-25165312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F5DC" w14:textId="77777777" w:rsidR="00F15EFA" w:rsidRDefault="001C7B86">
    <w:pPr>
      <w:pStyle w:val="Header"/>
    </w:pPr>
    <w:r>
      <w:rPr>
        <w:noProof/>
      </w:rPr>
      <w:pict w14:anchorId="271A39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2" o:spid="_x0000_s1039" type="#_x0000_t75" style="position:absolute;margin-left:0;margin-top:0;width:594.2pt;height:840.5pt;z-index:-25164185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34107786">
        <v:shape id="_x0000_s1030" type="#_x0000_t75" style="position:absolute;margin-left:0;margin-top:0;width:595.4pt;height:842.15pt;z-index:-251652096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9D3C" w14:textId="77777777" w:rsidR="00F15EFA" w:rsidRDefault="001C7B86">
    <w:pPr>
      <w:pStyle w:val="Header"/>
    </w:pPr>
    <w:r>
      <w:rPr>
        <w:noProof/>
      </w:rPr>
      <w:pict w14:anchorId="76C613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0" o:spid="_x0000_s1037" type="#_x0000_t75" style="position:absolute;margin-left:0;margin-top:0;width:594.2pt;height:840.5pt;z-index:-25164390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27D54BCA">
        <v:shape id="_x0000_s1028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E3D8D" w14:textId="77777777" w:rsidR="00F15EFA" w:rsidRDefault="001C7B86">
    <w:pPr>
      <w:pStyle w:val="Header"/>
    </w:pPr>
    <w:r>
      <w:rPr>
        <w:noProof/>
      </w:rPr>
      <w:pict w14:anchorId="3CC94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4" o:spid="_x0000_s1041" type="#_x0000_t75" style="position:absolute;margin-left:0;margin-top:0;width:594.2pt;height:840.5pt;z-index:-25163980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0FB2B61D">
        <v:shape id="_x0000_s1032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54421" w14:textId="77777777" w:rsidR="00F15EFA" w:rsidRDefault="001C7B86">
    <w:pPr>
      <w:pStyle w:val="Header"/>
    </w:pPr>
    <w:r>
      <w:rPr>
        <w:noProof/>
      </w:rPr>
      <w:pict w14:anchorId="560128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5" o:spid="_x0000_s1042" type="#_x0000_t75" style="position:absolute;margin-left:0;margin-top:0;width:594.2pt;height:840.5pt;z-index:-25163878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0576499C">
        <v:shape id="_x0000_s1033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5371B" w14:textId="77777777" w:rsidR="00F15EFA" w:rsidRDefault="001C7B86">
    <w:pPr>
      <w:pStyle w:val="Header"/>
    </w:pPr>
    <w:r>
      <w:rPr>
        <w:noProof/>
      </w:rPr>
      <w:pict w14:anchorId="25F2A6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3" o:spid="_x0000_s1040" type="#_x0000_t75" style="position:absolute;margin-left:0;margin-top:0;width:594.2pt;height:840.5pt;z-index:-25164083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68EF8132">
        <v:shape id="_x0000_s1031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5B331BD"/>
    <w:multiLevelType w:val="hybridMultilevel"/>
    <w:tmpl w:val="A92C84F4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0" w15:restartNumberingAfterBreak="0">
    <w:nsid w:val="19AC1EA2"/>
    <w:multiLevelType w:val="multilevel"/>
    <w:tmpl w:val="BE4E2EA0"/>
    <w:lvl w:ilvl="0">
      <w:start w:val="1"/>
      <w:numFmt w:val="bullet"/>
      <w:lvlText w:val=""/>
      <w:lvlJc w:val="left"/>
      <w:pPr>
        <w:ind w:left="220" w:hanging="18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FA7310"/>
    <w:multiLevelType w:val="hybridMultilevel"/>
    <w:tmpl w:val="79EA82AE"/>
    <w:lvl w:ilvl="0" w:tplc="08090001">
      <w:start w:val="1"/>
      <w:numFmt w:val="bullet"/>
      <w:lvlText w:val=""/>
      <w:lvlJc w:val="left"/>
      <w:pPr>
        <w:ind w:left="5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12" w15:restartNumberingAfterBreak="0">
    <w:nsid w:val="2A233350"/>
    <w:multiLevelType w:val="multilevel"/>
    <w:tmpl w:val="BE4E2EA0"/>
    <w:lvl w:ilvl="0">
      <w:start w:val="1"/>
      <w:numFmt w:val="bullet"/>
      <w:lvlText w:val=""/>
      <w:lvlJc w:val="left"/>
      <w:pPr>
        <w:ind w:left="220" w:hanging="18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D330E6E"/>
    <w:multiLevelType w:val="hybridMultilevel"/>
    <w:tmpl w:val="05CE08C8"/>
    <w:lvl w:ilvl="0" w:tplc="57F6E56C">
      <w:numFmt w:val="bullet"/>
      <w:lvlText w:val=""/>
      <w:lvlJc w:val="left"/>
      <w:pPr>
        <w:ind w:left="5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14" w15:restartNumberingAfterBreak="0">
    <w:nsid w:val="5ED31CE5"/>
    <w:multiLevelType w:val="multilevel"/>
    <w:tmpl w:val="7670124E"/>
    <w:lvl w:ilvl="0">
      <w:start w:val="1"/>
      <w:numFmt w:val="bullet"/>
      <w:lvlText w:val="•"/>
      <w:lvlJc w:val="left"/>
      <w:pPr>
        <w:ind w:left="220" w:hanging="1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0570E4"/>
    <w:multiLevelType w:val="multilevel"/>
    <w:tmpl w:val="BE4E2EA0"/>
    <w:lvl w:ilvl="0">
      <w:start w:val="1"/>
      <w:numFmt w:val="bullet"/>
      <w:lvlText w:val=""/>
      <w:lvlJc w:val="left"/>
      <w:pPr>
        <w:ind w:left="220" w:hanging="18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844718"/>
    <w:multiLevelType w:val="hybridMultilevel"/>
    <w:tmpl w:val="597ECF6C"/>
    <w:lvl w:ilvl="0" w:tplc="0809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 w16cid:durableId="1765108875">
    <w:abstractNumId w:val="14"/>
  </w:num>
  <w:num w:numId="2" w16cid:durableId="629752920">
    <w:abstractNumId w:val="9"/>
  </w:num>
  <w:num w:numId="3" w16cid:durableId="2118478719">
    <w:abstractNumId w:val="13"/>
  </w:num>
  <w:num w:numId="4" w16cid:durableId="1813407425">
    <w:abstractNumId w:val="11"/>
  </w:num>
  <w:num w:numId="5" w16cid:durableId="820344569">
    <w:abstractNumId w:val="16"/>
  </w:num>
  <w:num w:numId="6" w16cid:durableId="1075936042">
    <w:abstractNumId w:val="12"/>
  </w:num>
  <w:num w:numId="7" w16cid:durableId="1026297263">
    <w:abstractNumId w:val="10"/>
  </w:num>
  <w:num w:numId="8" w16cid:durableId="12480329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1237AB"/>
    <w:rsid w:val="001722ED"/>
    <w:rsid w:val="001C5FF1"/>
    <w:rsid w:val="001C6AA2"/>
    <w:rsid w:val="001C7B86"/>
    <w:rsid w:val="0025527C"/>
    <w:rsid w:val="0026005B"/>
    <w:rsid w:val="00286123"/>
    <w:rsid w:val="002D174C"/>
    <w:rsid w:val="00347FE0"/>
    <w:rsid w:val="003643B4"/>
    <w:rsid w:val="003B62D2"/>
    <w:rsid w:val="004022AB"/>
    <w:rsid w:val="00472C8A"/>
    <w:rsid w:val="004A1E0D"/>
    <w:rsid w:val="004D2FDB"/>
    <w:rsid w:val="00524443"/>
    <w:rsid w:val="005267ED"/>
    <w:rsid w:val="005977B3"/>
    <w:rsid w:val="005F74E8"/>
    <w:rsid w:val="00614D06"/>
    <w:rsid w:val="006F1C5D"/>
    <w:rsid w:val="006F5148"/>
    <w:rsid w:val="006F6D6F"/>
    <w:rsid w:val="00713EFF"/>
    <w:rsid w:val="007A72F9"/>
    <w:rsid w:val="007E2AA5"/>
    <w:rsid w:val="00820E0F"/>
    <w:rsid w:val="00834206"/>
    <w:rsid w:val="00852ADD"/>
    <w:rsid w:val="008831CE"/>
    <w:rsid w:val="00934C27"/>
    <w:rsid w:val="00956747"/>
    <w:rsid w:val="009E03EA"/>
    <w:rsid w:val="009E1C36"/>
    <w:rsid w:val="009F0A03"/>
    <w:rsid w:val="00A1020C"/>
    <w:rsid w:val="00A13A3F"/>
    <w:rsid w:val="00A27A74"/>
    <w:rsid w:val="00AD10D7"/>
    <w:rsid w:val="00BA0638"/>
    <w:rsid w:val="00C5778B"/>
    <w:rsid w:val="00C711E6"/>
    <w:rsid w:val="00C71312"/>
    <w:rsid w:val="00CB2C2A"/>
    <w:rsid w:val="00D07039"/>
    <w:rsid w:val="00D31056"/>
    <w:rsid w:val="00D35845"/>
    <w:rsid w:val="00D60273"/>
    <w:rsid w:val="00D93F89"/>
    <w:rsid w:val="00D9798A"/>
    <w:rsid w:val="00ED636B"/>
    <w:rsid w:val="00EF4505"/>
    <w:rsid w:val="00F15EFA"/>
    <w:rsid w:val="00F74F59"/>
    <w:rsid w:val="00F8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8A4DD6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5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7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46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8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DAA2BD-5655-49AA-8334-3E1EF5F1A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 Schools Action Plan 2026 to 2027</dc:title>
  <dc:subject/>
  <dc:creator>Francis Hyland</dc:creator>
  <cp:keywords/>
  <dc:description/>
  <cp:lastModifiedBy>Bobby Varela</cp:lastModifiedBy>
  <cp:revision>13</cp:revision>
  <cp:lastPrinted>2024-08-21T12:03:00Z</cp:lastPrinted>
  <dcterms:created xsi:type="dcterms:W3CDTF">2026-10-06T10:20:00Z</dcterms:created>
  <dcterms:modified xsi:type="dcterms:W3CDTF">2026-10-06T10:30:00Z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